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تقديم عثمان في حياة الرسول صلى الله عليه وسلم-كتاب المناقب-سنن الترمذي — رقم الحديث: 3708 — الرقم الفرعي: 99 — الرقم الأصلي: 3709</w:t>
        <w:br/>
      </w:r>
      <w:r>
        <w:rPr>
          <w:rtl w:val="1"/>
        </w:rPr>
        <w:t xml:space="preserve"> حدثنا إبراهيم بن سعيد الجوهريّ حدثنا شاذان الأسود بن عامر عن سنان بن هارون البرجميّ عن كُليب بن وائل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ذَكرَ رسولُ الله ﷺ فِتنةً، فقال: «يُقتَلُ فيها هذا مَظلومًا» لِعُثمان. </w:t>
      </w:r>
      <w:r>
        <w:rPr>
          <w:color w:val="000000"/>
          <w:rtl w:val="1"/>
        </w:rPr>
        <w:t xml:space="preserve">هذا حديثٌ حسنٌ غريبٌ من هذا الوجه، مِن حديث ابنِ عمر.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