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1853 — الرقم الفرعي: 99 — الرقم الأصلي: 1853</w:t>
        <w:br/>
      </w:r>
      <w:r>
        <w:rPr>
          <w:rtl w:val="1"/>
        </w:rPr>
        <w:t xml:space="preserve"> حدثنا هُشَيم أخبرنا أبو بشر عن سعيد بن جُبَير عن ابن عباس</w:t>
        <w:br/>
      </w:r>
      <w:r>
        <w:rPr>
          <w:color w:val="000000"/>
          <w:rtl w:val="1"/>
        </w:rPr>
        <w:t xml:space="preserve">قَالَ: نَزلَتْ هَذهِ الآيةُ وَرَسُولُ اللهِ ﷺ مُتوَارٍ بِمَكَّةَ: ﴿وَلَا تَجْهَرْ بِصَلَاتِكَ وَلَا تُخَافِتْ بِهَا﴾ [الإسراء: 110] قَالَ: وَكَانَ النَّبِيُّ ﷺ إِذَا صَلَّى بِأَصْحَابِهِ، رَفعَ صَوتَهُ بِالقُرآنِ،  </w:t>
      </w:r>
      <w:r>
        <w:rPr>
          <w:color w:val="000000"/>
          <w:rtl w:val="1"/>
        </w:rPr>
        <w:t xml:space="preserve">فَلمَّا سَمعَ ذَلكَ الْمُشْرِكُونَ سَبُّوا القُرْآنَ، وَسَبُّوا مَنِ أنزَلَهُ، وَمَن جَاء بِهِ، قَالَ: فَقَالَ اللهُ عَزَّ وَجَلَّ لِنَبِيِّهِ: ﴿وَلَا تَجْهَرْ بِصَلَاتِكَ﴾ [الإسراء: 110] -أَيْ بِقِراءَتِكَ- فَيسْمَعَ الْمُشْرِكونَ، فَيسُبُّوا الْقُرْآنَ،  </w:t>
      </w:r>
      <w:r>
        <w:rPr>
          <w:color w:val="000000"/>
          <w:rtl w:val="1"/>
        </w:rPr>
        <w:t xml:space="preserve">﴿وَلَا تُخَافِتْ بِهَا﴾ [الإسراء: 110] عَنْ أَصْحَابِكَ، فَلَا تُسْمِعُهُمِ الْقُرْآنَ حَتَّى يَأْخُذُوهُ عَنْكَ، ﴿وَابْتَغِ بَيْنَ ذَلِكَ سَبِيلًا﴾ [الإسراء: 110]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