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السلم في النخل-كتاب السّلَم-صحيح البخاري — رقم الحديث: 2247 — الرقم الفرعي: 99 — الرقم الأصلي: 2247</w:t>
        <w:br/>
      </w:r>
      <w:r>
        <w:rPr>
          <w:rtl w:val="1"/>
        </w:rPr>
        <w:t xml:space="preserve"> حدثنا أبو الوليد حدثنا شعبة عن عمرو عن أبي البختريّ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ابنَ عمرَ، رضي الله عنهما، عن السَّلَمِ في النَّخْلِ، فقال: نُهِيَ عن بيعِ النَّخْلِ حتَّى يَصْلُحَ،  </w:t>
      </w:r>
      <w:r>
        <w:rPr>
          <w:color w:val="FF0000"/>
          <w:rtl w:val="1"/>
        </w:rPr>
        <w:t xml:space="preserve">وعن بيعِ الوَرِقِ نَساءً بناجِزٍ. </w:t>
      </w:r>
      <w:r>
        <w:rPr>
          <w:color w:val="FF0000"/>
          <w:rtl w:val="1"/>
        </w:rPr>
        <w:t xml:space="preserve">وسألتُ ابنَ عبَّاسٍ عن السَّلَمِ في النَّخْلِ فقال: نَهَى النبيُّ ﷺ عن بيعِ النَّخْلِ حتَّى يُؤكَلَ منه - أو يَأْكُلَ منه - وحتَّى يُوزَنَ. </w:t>
      </w:r>
    </w:p>
    <w:p>
      <w:pPr>
        <w:bidi w:val="1"/>
        <w:jc w:val="start"/>
      </w:pPr>
      <w:r>
        <w:rPr>
          <w:rtl w:val="1"/>
        </w:rPr>
        <w:t>الشرح: الدلالة: شروط المسلم فيه في بيع السلم - شروط السّلَم</w:t>
      </w:r>
    </w:p>
    <w:p>
      <w:pPr>
        <w:bidi w:val="1"/>
        <w:jc w:val="start"/>
      </w:pPr>
      <w:r>
        <w:rPr>
          <w:rtl w:val="1"/>
        </w:rPr>
        <w:t>الشرح: الدلالة: كون المسلم فيه معلوم الجنس والنوع والقدر والصفة - شروط المسلم فيه في بيع السلم</w:t>
      </w:r>
    </w:p>
    <w:p>
      <w:pPr>
        <w:bidi w:val="1"/>
        <w:jc w:val="start"/>
      </w:pPr>
      <w:r>
        <w:rPr>
          <w:rtl w:val="1"/>
        </w:rPr>
        <w:t>الشرح: الدلالة: السلم في الفاكهة والخضروات - كون المسلم فيه معلوم الجنس والنوع والقدر والصفة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التقابض في المجلس الواحد - شروط الصرف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p>
      <w:pPr>
        <w:bidi w:val="1"/>
        <w:jc w:val="start"/>
      </w:pPr>
      <w:r>
        <w:rPr>
          <w:rtl w:val="1"/>
        </w:rPr>
        <w:t>الشرح: الدلالة: الصرف في الذمة - أنواع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بجنسه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