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وإذا رأوا تجارةً أو لهواً انفضّوا إليها-كتاب البيوع-صحيح البخاري — رقم الحديث: 2064 — الرقم الفرعي: 99 — الرقم الأصلي: 2064</w:t>
        <w:br/>
      </w:r>
      <w:r>
        <w:rPr>
          <w:rtl w:val="1"/>
        </w:rPr>
        <w:t xml:space="preserve"> حدثني محمد قال:حدثني محمد بن فضيل عن حُصين عن سالم بن أبي الجعد عن جابرٍ،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أقبَلَتْ عِيرٌ ونحنُ نُصلِّي مع النبيِّ ﷺ الجُمُعةَ،  </w:t>
      </w:r>
      <w:r>
        <w:rPr>
          <w:color w:val="000000"/>
          <w:rtl w:val="1"/>
        </w:rPr>
        <w:t xml:space="preserve">فانفَضَّ النّاسُ إلّا اثنَي عَشَرَ رجلًا،  </w:t>
      </w:r>
      <w:r>
        <w:rPr>
          <w:color w:val="000000"/>
          <w:rtl w:val="1"/>
        </w:rPr>
        <w:t xml:space="preserve">فنَزَلَتْ هذه الآيةُ: ﴿وَإِذَا رَأَوْا تِجَارَةً أَوْ لَهْوًا انْفَضُّوا إِلَيْهَا وَتَرَكُوكَ قَائِمًا﴾ [الجمعة: 11]. 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