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قصّة الأسود العنسيّ-كتاب المغازي-صحيح البخاري — رقم الحديث: 4378 — الرقم الفرعي: 99 — الرقم الأصلي: 4378</w:t>
        <w:br/>
      </w:r>
      <w:r>
        <w:rPr>
          <w:rtl w:val="1"/>
        </w:rPr>
        <w:t xml:space="preserve"> حدثنا سعيد بن محمد الجَرميّ حدثنا يعقوب بن إبراهيم حدثنا أبي عن صالح عن ابن عبيدة بن نشيط ملاحظة وكان في موضع آخر اسمه:عبد الله أنّ عبيد الله بن عبد الله بن عتبة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بَلَغَنا أنَّ مُسَيلِمةَ الكَذّابَ قَدِمَ المدينةَ، فنَزَلَ في دار بنتِ الحارثِ، وكان تحتَه بنتُ الحارثِ بنِ كُرَيزٍ، وهي أمُّ عبدِ الله بنِ عامرٍ،  </w:t>
      </w:r>
      <w:r>
        <w:rPr>
          <w:color w:val="FF0000"/>
          <w:rtl w:val="1"/>
        </w:rPr>
        <w:t xml:space="preserve">فأتاه رسولُ الله ﷺ، ومَعَه ثابتُ بنُ قيسِ بنِ شَمّاسٍ، وهو الَّذي يُقالُ له: خَطِيبُ رسولِ الله ﷺ،  </w:t>
      </w:r>
      <w:r>
        <w:rPr>
          <w:color w:val="FF0000"/>
          <w:rtl w:val="1"/>
        </w:rPr>
        <w:t xml:space="preserve">وفي يَدِ رسولِ الله ﷺ قَضِيبٌ، فوَقَفَ عليه فكَلَّمَه،  </w:t>
      </w:r>
      <w:r>
        <w:rPr>
          <w:color w:val="FF0000"/>
          <w:rtl w:val="1"/>
        </w:rPr>
        <w:t xml:space="preserve">فقال له مُسَيلِمةُ: إنْ شِئْتَ خَلَّينا بينك وبينَ الأمرِ، ثمَّ جَعَلْتَه لنا بعدَكَ.  </w:t>
      </w:r>
      <w:r>
        <w:rPr>
          <w:color w:val="FF0000"/>
          <w:rtl w:val="1"/>
        </w:rPr>
        <w:t xml:space="preserve">فقال النبيُّ ﷺ: «لو سألتَني هذا القَضِيبَ ما أعطَيتُكَه، وإنّي لأراكَ الَّذي أُرِيتُ فيه ما أُرِيتُ، وهذا ثابتُ بنُ قيسٍ، وسَيُجِيبُكَ عنِّي»  </w:t>
      </w:r>
      <w:r>
        <w:rPr>
          <w:color w:val="FF0000"/>
          <w:rtl w:val="1"/>
        </w:rPr>
        <w:t xml:space="preserve">فانصَرَفَ النبيُّ ﷺ. </w:t>
      </w:r>
    </w:p>
    <w:p>
      <w:pPr>
        <w:bidi w:val="1"/>
        <w:jc w:val="start"/>
      </w:pPr>
      <w:r>
        <w:rPr>
          <w:rtl w:val="1"/>
        </w:rPr>
        <w:t>الشرح: الدلالة: وفد بني حنيفة وخبر مسيلمة الكذاب والأسود العنسي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