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يصلّي على غير النبيّ صلى الله عليه وسلم-كتاب الدعوات-صحيح البخاري — رقم الحديث: 6360 — الرقم الفرعي: 99 — الرقم الأصلي: 6360</w:t>
        <w:br/>
      </w:r>
      <w:r>
        <w:rPr>
          <w:rtl w:val="1"/>
        </w:rPr>
        <w:t xml:space="preserve"> حدثنا عبد الله بن مسلمة عن مالك عن عبد الله بن أبي بكر عن أبيه عن عمرو بن سليم الزّرقيّ قال:أخبرني أبو حميد السّاعديّ</w:t>
        <w:br/>
      </w:r>
      <w:r>
        <w:rPr>
          <w:color w:val="FF0000"/>
          <w:rtl w:val="1"/>
        </w:rPr>
        <w:t xml:space="preserve">أنَّهم قالوا: يا رسولَ الله، كيفَ نُصلِّي عليكَ؟  </w:t>
      </w:r>
      <w:r>
        <w:rPr>
          <w:color w:val="FF0000"/>
          <w:rtl w:val="1"/>
        </w:rPr>
        <w:t xml:space="preserve">قال: «قولوا: اللهمَّ صَلِّ على محمَّدٍ وأزواجِه وذُرِّيَّتِه، كما صَلَّيتَ على آلِ إبراهيمَ، وباركْ على محمَّدٍ وأزواجِه وذُرِّيَّتِه، كما بارَكْتَ على آلِ إبراهيمَ، إنَّكَ حَمِيدٌ مَجِيد».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الصلاة عليه ﷺ في الصلاة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