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الثمر بالتمر-كتاب البيوع-سنن النسائي — رقم الحديث: 4532 — الرقم الفرعي: 99 — الرقم الأصلي: 4532</w:t>
        <w:br/>
      </w:r>
      <w:r>
        <w:rPr>
          <w:rtl w:val="1"/>
        </w:rPr>
        <w:t xml:space="preserve"> أخبرنا قتيبة بن سعيد قال:حدثنا سفيان عن الزهريّ عن سالم عن أبيه</w:t>
        <w:br/>
      </w:r>
      <w:r>
        <w:rPr>
          <w:color w:val="000000"/>
          <w:rtl w:val="1"/>
        </w:rPr>
        <w:t xml:space="preserve">أنَّ النّبيَّ ﷺ نَهى عن بَيعِ الثَّمرِ بالتَّمر.  </w:t>
      </w:r>
      <w:r>
        <w:rPr>
          <w:color w:val="000000"/>
          <w:rtl w:val="1"/>
        </w:rPr>
        <w:t xml:space="preserve">وقال ابنُ عمرَ: حدَّثني زيدُ بنُ ثابت،  </w:t>
      </w:r>
      <w:r>
        <w:rPr>
          <w:color w:val="FF0000"/>
          <w:rtl w:val="1"/>
        </w:rPr>
        <w:t xml:space="preserve">أنَّ رسولَ الله ﷺ رَخَّص في العَرَايا.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