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النُهبى،إذا كان في الطعام قلّة في أرض العدو .-كتاب الجهاد-سنن أبي داود — رقم الحديث: 2703 — الرقم الفرعي: 99 — الرقم الأصلي: 2703</w:t>
        <w:br/>
      </w:r>
      <w:r>
        <w:rPr>
          <w:rtl w:val="1"/>
        </w:rPr>
        <w:t xml:space="preserve"> حدثنا سليمان بن حرب قال:ثنا جرير ملاحظة يعني ابن حازم عن يعلى بن حكيم عن أبي لَبيد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كنا مع عبد الرحمن بن سمُرةَ بكابُلَ فأصابَ الناسُ غنيمةً، فانتهبوها، فقامَ خطيباً فقال: سمعتُ رسول الله ﷺ ينهى عن النُّهْبى. فردُّوا ما أخذوا، فقسَمه بينهم.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ما اختلف في صحته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