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خروج الدجال-كتاب الملاحم-سنن أبي داود — رقم الحديث: 4319 — الرقم الفرعي: 99 — الرقم الأصلي: 4319</w:t>
        <w:br/>
      </w:r>
      <w:r>
        <w:rPr>
          <w:rtl w:val="1"/>
        </w:rPr>
        <w:t xml:space="preserve"> حدثنا موسى بن إسماعيل ثنا جرير ثنا حميد بن هلال عن أبي الدهماء قال:سمعت عمران بن حصين يحدث قال:قال رسول الله صلى الله عليه وسلم</w:t>
        <w:br/>
      </w:r>
      <w:r>
        <w:rPr>
          <w:color w:val="FF0000"/>
          <w:rtl w:val="1"/>
        </w:rPr>
        <w:t xml:space="preserve">«مَن سَمِعَ بالدّجّال فلْيَنْأَ عنه، فوالله إنَّ الرّجُلَ لَيأتيهِ وهو يَحسِبُ أنّه مُؤمن، فيتَّبعُه ممَّا يَبعثُ به من الشُّبهات - أو لِمَا يَبعثُ به مِن الشُّبهات -»  </w:t>
      </w:r>
      <w:r>
        <w:rPr>
          <w:color w:val="000000"/>
          <w:rtl w:val="1"/>
        </w:rPr>
        <w:t xml:space="preserve">هكذا قال.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