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سرعة مشي النبيّ صلى الله عليه وسلم-كتاب المناقب-سنن الترمذي — رقم الحديث: 3648 — الرقم الفرعي: 99 — الرقم الأصلي: 3651</w:t>
        <w:br/>
      </w:r>
      <w:r>
        <w:rPr>
          <w:rtl w:val="1"/>
        </w:rPr>
        <w:t xml:space="preserve"> حدثنا قتيبة حدثنا ابن لَهيعة عن أبي يونس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ما رأيتُ شيئًا أحسنَ من رسولِ الله، ﷺ كأنَّ الشَّمسَ تَجري في وَجهِه،  </w:t>
      </w:r>
      <w:r>
        <w:rPr>
          <w:color w:val="FF0000"/>
          <w:rtl w:val="1"/>
        </w:rPr>
        <w:t xml:space="preserve">وما رأيتُ أَحدًا أَسرعَ في مَشْيِه من رسولِ الله ﷺ، كأنّما الأرضُ تُطوَى له، إنا لنُجهِدُ أَنفُسَنا، وإنّه لَغَير مُكتَرِث. </w:t>
      </w:r>
      <w:r>
        <w:rPr>
          <w:color w:val="000000"/>
          <w:rtl w:val="1"/>
        </w:rPr>
        <w:t xml:space="preserve">هذا حديثٌ غريب.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 xml:space="preserve">الشرح: الدلالة: صفة مشيه ﷺ - اعتدال حركاته ﷺ وطريقة مشيه  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