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تخفيف الصلاة والخطبة-كتاب الجمعة-صحيح مسلم — رقم الحديث: 872 — الرقم الفرعي: 99 — الرقم الأصلي: 872</w:t>
        <w:br/>
      </w:r>
      <w:r>
        <w:rPr>
          <w:rtl w:val="1"/>
        </w:rPr>
        <w:t xml:space="preserve"> وحدثني عبد الله بن عبد الرحمن الدّارميّ أخبرنا يحيى بن حسّان حدثنا سليمان بن بلال عن يحيى بن سعيد عن عَمرة بنت عبد الرحمن عن أخت لعَمرة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أَخذتُ ﴿ق والقُرآنِ المَجِيد﴾ مِن فِي رَسولِ الله ﷺ يومَ الجُمُعة، وهو يَقرأُ بها على المِنبَر في كُلِّ جُمُعة».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فضائل القرآن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قراءة القرآن في الخطبة - أحكام القرآن و قراءته</w:t>
      </w:r>
    </w:p>
    <w:p>
      <w:pPr>
        <w:bidi w:val="1"/>
        <w:jc w:val="start"/>
      </w:pPr>
      <w:r>
        <w:rPr>
          <w:rtl w:val="1"/>
        </w:rPr>
        <w:t>الشرح: الدلالة: الخطبة على المنبر - خطبة الجمعة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قراءة القرآن أثناء الخطبة - خطبة الجمعة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