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الصلاة بين السواري في الصف-كتاب إقامة الصلاة-سنن ابن ماجة — رقم الحديث: 1002 — الرقم الفرعي: 99 — الرقم الأصلي: 1002</w:t>
        <w:br/>
      </w:r>
      <w:r>
        <w:rPr>
          <w:rtl w:val="1"/>
        </w:rPr>
        <w:t xml:space="preserve"> حدثنا زيد بن أخزم،أبو طالب ثنا أبو داود و أبو قُتيبة قالا:ثنا هارون بن مسلم عن قتادة عن معاوية بن قُرّة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كنّا نُنهَى أن نَصُفَّ بين السَّواري على عهدِ رَسولِ الله ﷺ، ونُطرَدَ عنها طَرْدًا.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الشواهد - لطائف الإسناد</w:t>
      </w:r>
    </w:p>
    <w:p>
      <w:pPr>
        <w:bidi w:val="1"/>
        <w:jc w:val="start"/>
      </w:pPr>
      <w:r>
        <w:rPr>
          <w:rtl w:val="1"/>
        </w:rPr>
        <w:t>الشرح: الدلالة: الصف بين الأعمدة والسواري - الصف</w:t>
      </w:r>
    </w:p>
    <w:p>
      <w:pPr>
        <w:bidi w:val="1"/>
        <w:jc w:val="start"/>
      </w:pPr>
      <w:r>
        <w:rPr>
          <w:rtl w:val="1"/>
        </w:rPr>
        <w:t>الشرح: الدلالة: مجهول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