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22615 — الرقم الفرعي: 99 — الرقم الأصلي: 22615 — ج: 5 — ص: 307</w:t>
        <w:br/>
      </w:r>
      <w:r>
        <w:rPr>
          <w:rtl w:val="1"/>
        </w:rPr>
        <w:t xml:space="preserve"> حدثنا هارون بن معروف قال:ثنا عبد الله بن وهب أخبرني أبو صخر أنّ يحيى بن النضر الأنصاريّ أنه سمع أبا قتادة يقول:سمعت رسول الله صلى الله عليه وسلم</w:t>
        <w:br/>
      </w:r>
      <w:r>
        <w:rPr>
          <w:color w:val="000000"/>
          <w:rtl w:val="1"/>
        </w:rPr>
        <w:t xml:space="preserve">يقولُ على الـمِنبر للأنصار:  </w:t>
      </w:r>
      <w:r>
        <w:rPr>
          <w:color w:val="FF0000"/>
          <w:rtl w:val="1"/>
        </w:rPr>
        <w:t xml:space="preserve">«ألَا إنَّ الناسَ دِثاري، والأَنصارَ شِعارِي،  </w:t>
      </w:r>
      <w:r>
        <w:rPr>
          <w:color w:val="FF0000"/>
          <w:rtl w:val="1"/>
        </w:rPr>
        <w:t xml:space="preserve">لو سَلَكَ الناسُ واديًا وسلَكَت الأنصارُ شُعبةً لاتَّبعتُ شُعبةَ الأَنصار،  </w:t>
      </w:r>
      <w:r>
        <w:rPr>
          <w:color w:val="FF0000"/>
          <w:rtl w:val="1"/>
        </w:rPr>
        <w:t xml:space="preserve">ولولا الهِجرةُ لكنتُ رَجُلًا من الأنصار،  </w:t>
      </w:r>
      <w:r>
        <w:rPr>
          <w:color w:val="FF0000"/>
          <w:rtl w:val="1"/>
        </w:rPr>
        <w:t xml:space="preserve">فمَن وَلِي مِن الأنصارِ، فليُحسِن إلى مُحسِنِهم، وليَتَجاوَز عن مُسيئِهِم،  </w:t>
      </w:r>
      <w:r>
        <w:rPr>
          <w:color w:val="FF0000"/>
          <w:rtl w:val="1"/>
        </w:rPr>
        <w:t xml:space="preserve">ومَن أَفزَعَهم فقد أَفزَعَ هذا الذي بينَ هاتَين» وأَشارَ إلى نفْسِه ﷺ 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وفاؤه ﷺ بحفظ الجميل مع أصحابه - وفاء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للأنصار - حب النبي ﷺ لأصحابه وأمته ... </w:t>
      </w:r>
    </w:p>
    <w:p>
      <w:pPr>
        <w:bidi w:val="1"/>
        <w:jc w:val="start"/>
      </w:pPr>
      <w:r>
        <w:rPr>
          <w:rtl w:val="1"/>
        </w:rPr>
        <w:t>الشرح: الدلالة: من حقه ﷺ حب الأنصار - فرضُ الإيمان به ﷺ ووجوب طاعته ...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