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الحور العين،وصفتهنّ-كتاب الجهاد والسير-صحيح البخاري — رقم الحديث: 2795 — الرقم الفرعي: 99 — الرقم الأصلي: 2795</w:t>
        <w:br/>
      </w:r>
      <w:r>
        <w:rPr>
          <w:rtl w:val="1"/>
        </w:rPr>
        <w:t xml:space="preserve"> حدثنا عبد الله بن محمد حدثنا معاوية بن عمرو حدثنا أبو إسحاق عن حميد قال:سمعت أنس بن مالك رضي الله عنه عن النبي صلى الله عليه وسلم</w:t>
        <w:br/>
      </w:r>
      <w:r>
        <w:rPr>
          <w:color w:val="000000"/>
          <w:rtl w:val="1"/>
        </w:rPr>
        <w:t xml:space="preserve">قال:  </w:t>
      </w:r>
      <w:r>
        <w:rPr>
          <w:color w:val="FF0000"/>
          <w:rtl w:val="1"/>
        </w:rPr>
        <w:t xml:space="preserve">«ما من عَبْدٍ يموتُ، له عندَ الله خيرٌ، يَسُرُّه أن يَرجِعَ إلى الدُّنيا وأنَّ له الدُّنيا وما فيها، إلَّا الشَّهيدَ، لمَا يَرَى من فَضْلِ الشَّهادةِ، فإنَّه يَسُرُّه أن يَرجِعَ إلى الدُّنيا فيُقتَلَ مَرّةً أُخرَى».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أسلوب الموعظة الحسنة (الترغيب والترهيب)</w:t>
      </w:r>
    </w:p>
    <w:p>
      <w:pPr>
        <w:bidi w:val="1"/>
        <w:jc w:val="start"/>
      </w:pPr>
      <w:r>
        <w:rPr>
          <w:rtl w:val="1"/>
        </w:rPr>
        <w:t>الشرح: الدلالة: قيمة الشهادة في سبيل الله - مكانة الجهاد في سبيل الله</w:t>
      </w:r>
    </w:p>
    <w:p>
      <w:pPr>
        <w:bidi w:val="1"/>
        <w:jc w:val="start"/>
      </w:pPr>
      <w:r>
        <w:rPr>
          <w:rtl w:val="1"/>
        </w:rPr>
        <w:t>الشرح: الدلالة: التميز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الجهادية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فضل نعيم الجنة على نعيم الدنيا - خامسًا: نعيم الجنة</w:t>
      </w:r>
    </w:p>
    <w:p>
      <w:pPr>
        <w:bidi w:val="1"/>
        <w:jc w:val="start"/>
      </w:pPr>
      <w:r>
        <w:rPr>
          <w:rtl w:val="1"/>
        </w:rPr>
        <w:t>الشرح: الدلالة: الأنبياء والصديقون والشهداء والأولياء - سادسًا: أهل الجنة</w:t>
      </w:r>
    </w:p>
    <w:p>
      <w:pPr>
        <w:bidi w:val="1"/>
        <w:jc w:val="start"/>
      </w:pPr>
      <w:r>
        <w:rPr>
          <w:rtl w:val="1"/>
        </w:rPr>
        <w:t>الشرح: الدلالة: فضل الشهيد المقتول في سبيل الله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