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تمني لقاء العدو،والأمر بالصبر عند اللقاء-كتاب الجهاد والسّيَر-صحيح مسلم — رقم الحديث: 1742 — الرقم الفرعي: 2 — الرقم الأصلي: 1742</w:t>
        <w:br/>
      </w:r>
      <w:r>
        <w:rPr>
          <w:rtl w:val="1"/>
        </w:rPr>
        <w:t xml:space="preserve"> حدثنا سعيد بن منصور حدثنا خالد بن عبد الله عن إسماعيل بن أبي خالد عن عبد الله بن أبي أوفى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دعا رسولُ الله ﷺ على الأحزابِ، فقال: «اللهمَّ مُنزلَ الكتاب، سريعَ الحسابِ، اهزِم الأَحزابَ، اللّهمَّ اهزِمْهم وزَلْزِلهم». 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