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قُتل من المسلمين يوم أُحد-كتاب المغازي-صحيح البخاري — رقم الحديث: 4078 — الرقم الفرعي: 99 — الرقم الأصلي: 4078</w:t>
        <w:br/>
      </w:r>
      <w:r>
        <w:rPr>
          <w:rtl w:val="1"/>
        </w:rPr>
        <w:t xml:space="preserve"> حدثني عمرو بن عليّ حدثنا معاذ بن هشام قال:حدثني أبي عن قتادة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نَعْلَمُ حَيًّا من أحياءِ العربِ أكثرَ شهيدًا أعَزَّ يومَ القِيامَةِ منَ الأنصارِ.  </w:t>
      </w:r>
      <w:r>
        <w:rPr>
          <w:color w:val="FF0000"/>
          <w:rtl w:val="1"/>
        </w:rPr>
        <w:t xml:space="preserve">قال قَتَادةُ: وحدَّثنا أنسُ بنُ مالكٍ: أنَّه قُتِلَ منهم يومَ أُحدٍ سَبْعونَ، ويومَ بئرِ مَعُونةَ سَبْعونَ، ويومَ اليَمامةِ سَبْعونَ،  </w:t>
      </w:r>
      <w:r>
        <w:rPr>
          <w:color w:val="FF0000"/>
          <w:rtl w:val="1"/>
        </w:rPr>
        <w:t xml:space="preserve">قال: وكان بئرُ مَعُونةَ على عَهْدِ رسول الله ﷺ،  </w:t>
      </w:r>
      <w:r>
        <w:rPr>
          <w:color w:val="FF0000"/>
          <w:rtl w:val="1"/>
        </w:rPr>
        <w:t xml:space="preserve">ويومُ اليَمامةِ على عَهْدِ أبي بكرٍ يومَ مُسَيلِمةَ الكَذّاب.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متفرقات في التاريخ - التاريخ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عدد الشهداء - شهداء أحد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بعض الناس والقبائل يوم القيامة - أحوال الناس في الحشر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