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صلاة النهار-كتاب الصلاة-سنن أبي داود — رقم الحديث: 1296 — الرقم الفرعي: 99 — الرقم الأصلي: 1296</w:t>
        <w:br/>
      </w:r>
      <w:r>
        <w:rPr>
          <w:rtl w:val="1"/>
        </w:rPr>
        <w:t xml:space="preserve"> حدثنا ابن المثنى ثنا معاذ بن معاذ ثنا شعبة حدثني عبد ربّه بن سعيد عن أنس بن أبي أنس عن عبد الله بن نافع عن عبد الله بن الحارث عن عبد المطلب عن النبيّ صلى الله عليه وسلم</w:t>
        <w:br/>
      </w:r>
      <w:r>
        <w:rPr>
          <w:color w:val="000000"/>
          <w:rtl w:val="1"/>
        </w:rPr>
        <w:t xml:space="preserve">قال: «الصّلاةُ مَثْنى مثْنى:  </w:t>
      </w:r>
      <w:r>
        <w:rPr>
          <w:color w:val="000000"/>
          <w:rtl w:val="1"/>
        </w:rPr>
        <w:t xml:space="preserve">أنْ تَشَهَّدَ في كُل ركعتين،  </w:t>
      </w:r>
      <w:r>
        <w:rPr>
          <w:color w:val="FF0000"/>
          <w:rtl w:val="1"/>
        </w:rPr>
        <w:t xml:space="preserve">وأن تَبَاءَسَ وتَمَسكَنَ وتُقْنِعَ بيدَيك، وتقولُ: اللَّهُمّ اللَّهُمّ،  </w:t>
      </w:r>
      <w:r>
        <w:rPr>
          <w:color w:val="000000"/>
          <w:rtl w:val="1"/>
        </w:rPr>
        <w:t xml:space="preserve">فمَن لم يَفعَلْ ذلك فهي خِدَاج». </w:t>
      </w:r>
      <w:r>
        <w:rPr>
          <w:color w:val="000000"/>
          <w:rtl w:val="1"/>
        </w:rPr>
        <w:t xml:space="preserve">سُئل أبو داود عن صلاةِ اللَّيل مَثْنى، قال: إن شِئتَ مَثْنى، وإن شِئتَ أربعًا. </w:t>
      </w:r>
    </w:p>
    <w:p>
      <w:pPr>
        <w:bidi w:val="1"/>
        <w:jc w:val="start"/>
      </w:pPr>
      <w:r>
        <w:rPr>
          <w:rtl w:val="1"/>
        </w:rPr>
        <w:t xml:space="preserve">درجة الحديث: إسناده ضعيف  / إسناده ضعيف </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توضيح المفهوم - الأساليب التعليمية</w:t>
      </w:r>
    </w:p>
    <w:p>
      <w:pPr>
        <w:bidi w:val="1"/>
        <w:jc w:val="start"/>
      </w:pPr>
      <w:r>
        <w:rPr>
          <w:rtl w:val="1"/>
        </w:rPr>
        <w:t>الشرح: الدلالة: التذلل والتمسكن والتباؤس  - الخشوع في الصلاة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